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76"/>
        <w:gridCol w:w="1944"/>
      </w:tblGrid>
      <w:tr>
        <w:tc>
          <w:tcPr>
            <w:tcW w:type="dxa" w:w="4975"/>
            <w:shd w:fill="2464A7"/>
            <w:tcMar>
              <w:top w:w="210" w:type="dxa"/>
              <w:start w:w="200" w:type="dxa"/>
              <w:bottom w:w="210" w:type="dxa"/>
              <w:end w:w="200" w:type="dxa"/>
            </w:tcMar>
          </w:tcPr>
          <w:p>
            <w:pPr>
              <w:spacing w:after="0" w:before="0"/>
            </w:pPr>
            <w:r>
              <w:rPr>
                <w:rFonts w:ascii="Aptos" w:hAnsi="Aptos"/>
                <w:b/>
                <w:color w:val="FFFFFF"/>
                <w:sz w:val="36"/>
              </w:rPr>
              <w:t>STATEMENT OF WORK</w:t>
            </w:r>
            <w:r>
              <w:rPr>
                <w:rFonts w:ascii="Aptos" w:hAnsi="Aptos"/>
                <w:b w:val="0"/>
                <w:color w:val="FFFFFF"/>
                <w:sz w:val="20"/>
              </w:rPr>
              <w:br/>
              <w:t>IT Services Statement of Work</w:t>
            </w:r>
          </w:p>
        </w:tc>
        <w:tc>
          <w:tcPr>
            <w:tcW w:type="dxa" w:w="4975"/>
            <w:shd w:fill="2464A7"/>
            <w:tcMar>
              <w:top w:w="210" w:type="dxa"/>
              <w:start w:w="200" w:type="dxa"/>
              <w:bottom w:w="210" w:type="dxa"/>
              <w:end w:w="20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ptos" w:hAnsi="Aptos"/>
                <w:b/>
                <w:color w:val="FFFFFF"/>
                <w:sz w:val="20"/>
              </w:rPr>
              <w:t>SOW / 05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8"/>
        <w:gridCol w:w="2488"/>
        <w:gridCol w:w="2488"/>
        <w:gridCol w:w="2488"/>
      </w:tblGrid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PROJECT / ENGAGEMENT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[Project title]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CLIENT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[Organization]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3F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SERVICE PROVIDER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[Company / Consultant]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SOW REF / VERSION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[SOW-001 / v1]</w:t>
            </w:r>
          </w:p>
        </w:tc>
      </w:tr>
      <w:tr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EFFECTIVE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3F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TARGET END DATE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[DD MMM YYYY]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PROJECT LEAD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[Name / Email]</w:t>
            </w:r>
          </w:p>
        </w:tc>
        <w:tc>
          <w:tcPr>
            <w:tcW w:type="dxa" w:w="2488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CONTRACT REFERENCE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[MSA / PO / N/A]</w:t>
            </w:r>
          </w:p>
        </w:tc>
      </w:tr>
    </w:tbl>
    <w:p>
      <w:pPr>
        <w:spacing w:after="0"/>
      </w:pPr>
    </w:p>
    <w:p>
      <w:pPr>
        <w:spacing w:before="0" w:after="0"/>
        <w:pBdr>
          <w:bottom w:val="single" w:sz="9" w:color="2464A7"/>
        </w:pBdr>
      </w:pPr>
      <w:r>
        <w:rPr>
          <w:rFonts w:ascii="Aptos" w:hAnsi="Aptos"/>
          <w:b/>
          <w:color w:val="2464A7"/>
          <w:sz w:val="17"/>
        </w:rPr>
        <w:t>TERMS AND DELIVERABLES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3F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01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Service objective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Target system or service and business requirement.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3F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02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Systems covered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Endpoints: [ ]  Servers: [ ]  Network / cloud: [ ]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3F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03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Implementation steps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Assessment | Configure | Migrate | Validate | Train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3F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04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Security conditions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Access permissions, backups, change window and security review.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3F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05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Service levels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Response: [ ]  Availability target: [ ]  Support hours: [ ]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3F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06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Evidence of completion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Test log | Configuration record | Handover checklist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3F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07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Schedule &amp; pricing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Maintenance window: [ ]  One-time fee: [$]  Monthly: [$]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635"/>
        <w:gridCol w:w="7013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EAF3FA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08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Responsibilities</w:t>
            </w:r>
          </w:p>
        </w:tc>
        <w:tc>
          <w:tcPr>
            <w:tcW w:type="dxa" w:w="4975"/>
            <w:tcMar>
              <w:top w:w="110" w:type="dxa"/>
              <w:start w:w="150" w:type="dxa"/>
              <w:bottom w:w="110" w:type="dxa"/>
              <w:end w:w="150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263342"/>
                <w:sz w:val="17"/>
              </w:rPr>
              <w:t>Client provides credentials; vendor performs work and reports.</w:t>
            </w:r>
          </w:p>
        </w:tc>
      </w:tr>
    </w:tbl>
    <w:p>
      <w:pPr>
        <w:spacing w:before="0" w:after="0"/>
        <w:pBdr>
          <w:bottom w:val="single" w:sz="9" w:color="2464A7"/>
        </w:pBdr>
      </w:pPr>
      <w:r>
        <w:rPr>
          <w:rFonts w:ascii="Aptos" w:hAnsi="Aptos"/>
          <w:b/>
          <w:color w:val="2464A7"/>
          <w:sz w:val="17"/>
        </w:rPr>
        <w:t>APPROVAL &amp; AUTHORIZATION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75"/>
        <w:gridCol w:w="4975"/>
      </w:tblGrid>
      <w:tr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CLIENT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  <w:tc>
          <w:tcPr>
            <w:tcW w:type="dxa" w:w="4975"/>
            <w:vAlign w:val="center"/>
            <w:tcMar>
              <w:top w:w="170" w:type="dxa"/>
              <w:start w:w="145" w:type="dxa"/>
              <w:bottom w:w="170" w:type="dxa"/>
              <w:end w:w="145" w:type="dxa"/>
            </w:tcMar>
            <w:shd w:fill="F2F5F8"/>
          </w:tcPr>
          <w:p>
            <w:pPr>
              <w:spacing w:after="80" w:before="0"/>
            </w:pPr>
            <w:r/>
            <w:r>
              <w:rPr>
                <w:rFonts w:ascii="Aptos" w:hAnsi="Aptos"/>
                <w:b/>
                <w:color w:val="2464A7"/>
                <w:sz w:val="16"/>
              </w:rPr>
              <w:t>SERVICE PROVIDER / AUTHORIZED REPRESENTATIVE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color w:val="334155"/>
                <w:sz w:val="18"/>
              </w:rPr>
              <w:t>Name: ________________________  Date: __________</w:t>
            </w:r>
          </w:p>
        </w:tc>
      </w:tr>
      <w:tr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  <w:tc>
          <w:tcPr>
            <w:tcW w:type="dxa" w:w="4975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color w:val="526174"/>
                <w:sz w:val="16"/>
              </w:rPr>
              <w:t>Signature: __________________________________</w:t>
            </w:r>
          </w:p>
        </w:tc>
      </w:tr>
    </w:tbl>
    <w:p>
      <w:pPr>
        <w:spacing w:after="0" w:before="0"/>
        <w:jc w:val="right"/>
      </w:pPr>
      <w:r>
        <w:rPr>
          <w:rFonts w:ascii="Aptos" w:hAnsi="Aptos"/>
          <w:b w:val="0"/>
          <w:color w:val="768394"/>
          <w:sz w:val="14"/>
        </w:rPr>
        <w:t>SOW template • Customize all bracketed fields • Review commercial/legal terms before signing</w:t>
      </w:r>
    </w:p>
    <w:sectPr w:rsidR="00FC693F" w:rsidRPr="0006063C" w:rsidSect="00034616">
      <w:pgSz w:w="11909" w:h="16834"/>
      <w:pgMar w:top="778" w:right="979" w:bottom="691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