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5B77"/>
        </w:rPr>
        <w:t>Work Order Request Template</w:t>
      </w:r>
    </w:p>
    <w:p>
      <w:r>
        <w:rPr>
          <w:i/>
        </w:rPr>
        <w:t>Submit a request before a maintenance team assigns a job</w:t>
      </w:r>
    </w:p>
    <w:p>
      <w:r>
        <w:t>Company / Organization: _________________________________________________</w:t>
      </w:r>
    </w:p>
    <w:p>
      <w:pPr>
        <w:pStyle w:val="Heading2"/>
      </w:pPr>
      <w:r>
        <w:t>Work Order Identification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Work Order Number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Date Issued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Priority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Requested By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Assigned To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Due Date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Company / Department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Customer / Site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Phone / Email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Requester Information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Requestor Name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Department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Phone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Email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Request Details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Building / Room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Asset / System Affected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Problem Description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Issue Category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Request Priority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Urgency: Low / Medium / High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Best Times for Service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Desired Completion Date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Maintenance Department Use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Accepted By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Assigned Work Order Number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Assigned Technician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r>
        <w:t>Notes / Additional Instructions: ____________________________________________________________</w:t>
      </w:r>
    </w:p>
    <w:p>
      <w:r>
        <w:t>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36" w:right="1152" w:bottom="79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Editable original template  •  02 of 12  •  Work Order Templates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