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5B77"/>
        </w:rPr>
        <w:t>HVAC Work Order Template</w:t>
      </w:r>
    </w:p>
    <w:p>
      <w:r>
        <w:rPr>
          <w:i/>
        </w:rPr>
        <w:t>Heating, ventilation and air-conditioning service</w:t>
      </w:r>
    </w:p>
    <w:p>
      <w:r>
        <w:t>Company / Organization: _________________________________________________</w:t>
      </w:r>
    </w:p>
    <w:p>
      <w:pPr>
        <w:pStyle w:val="Heading2"/>
      </w:pPr>
      <w:r>
        <w:t>Work Order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Work Order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Date Issued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Priority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Requested By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Assigned To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Due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Company / Department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Customer / Site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Phone / Email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System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Equipment Type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Make / Model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Unit / Serial Number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Service Location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Service Checklist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Reported Symptoms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Filter / Coil / Thermostat Checks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Pressure / Temperature Readings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Repairs / Refrigerant Notes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pPr>
        <w:pStyle w:val="Heading2"/>
      </w:pPr>
      <w:r>
        <w:t>Final Verification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768"/>
      </w:tblGrid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System Operating Status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Next Service Date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  <w:tr>
        <w:tc>
          <w:tcPr>
            <w:tcW w:type="dxa" w:w="3024"/>
            <w:shd w:fill="E8F2F6"/>
          </w:tcPr>
          <w:p>
            <w:pPr>
              <w:spacing w:after="100" w:before="100"/>
            </w:pPr>
            <w:r>
              <w:t>Technician Signature</w:t>
            </w:r>
          </w:p>
        </w:tc>
        <w:tc>
          <w:tcPr>
            <w:tcW w:type="dxa" w:w="6768"/>
          </w:tcPr>
          <w:p>
            <w:pPr>
              <w:spacing w:after="100" w:before="100"/>
            </w:pPr>
            <w:r>
              <w:t xml:space="preserve"> </w:t>
            </w:r>
          </w:p>
        </w:tc>
      </w:tr>
    </w:tbl>
    <w:p>
      <w:r>
        <w:t>Notes / Additional Instructions: ____________________________________________________________</w:t>
      </w:r>
    </w:p>
    <w:p>
      <w:r>
        <w:t>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152" w:bottom="79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Editable original template  •  07 of 12  •  Work Order Templates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