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B5B77"/>
        </w:rPr>
        <w:t>Service Work Order Template</w:t>
      </w:r>
    </w:p>
    <w:p>
      <w:r>
        <w:rPr>
          <w:i/>
        </w:rPr>
        <w:t>On-site service visits with billable work</w:t>
      </w:r>
    </w:p>
    <w:p>
      <w:r>
        <w:t>Company / Organization: _________________________________________________</w:t>
      </w:r>
    </w:p>
    <w:p>
      <w:pPr>
        <w:pStyle w:val="Heading2"/>
      </w:pPr>
      <w:r>
        <w:t>Work Order Identification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768"/>
      </w:tblGrid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Work Order Number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Date Issued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Priority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Requested By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Assigned To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Due Date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Company / Department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Customer / Site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Phone / Email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</w:tbl>
    <w:p>
      <w:pPr>
        <w:pStyle w:val="Heading2"/>
      </w:pPr>
      <w:r>
        <w:t>Service Appointment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768"/>
      </w:tblGrid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Client Contact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Service Address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Appointment Window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Technician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</w:tbl>
    <w:p>
      <w:pPr>
        <w:pStyle w:val="Heading2"/>
      </w:pPr>
      <w:r>
        <w:t>Service Details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768"/>
      </w:tblGrid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Services Requested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Services Performed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Travel / On-site Notes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Customer Acceptance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</w:tbl>
    <w:p>
      <w:pPr>
        <w:pStyle w:val="Heading2"/>
      </w:pPr>
      <w:r>
        <w:t>Billing Notes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768"/>
      </w:tblGrid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Hourly Rate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Materials / Supplies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Tax / Other Charges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Amount Due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</w:tbl>
    <w:p>
      <w:r>
        <w:t>Notes / Additional Instructions: ____________________________________________________________</w:t>
      </w:r>
    </w:p>
    <w:p>
      <w:r>
        <w:t>____________________________________________________________________________________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36" w:right="1152" w:bottom="79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Editable original template  •  11 of 12  •  Work Order Templates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