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fill="125C53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26"/>
              </w:rPr>
              <w:t>UNIVERSITY</w:t>
              <w:br/>
              <w:t>RESEARCH SERIES</w:t>
            </w:r>
          </w:p>
        </w:tc>
        <w:tc>
          <w:tcPr>
            <w:tcW w:type="dxa" w:w="4824"/>
          </w:tcPr>
          <w:p>
            <w:pPr>
              <w:spacing w:after="0"/>
            </w:pPr>
            <w:r>
              <w:rPr>
                <w:rFonts w:ascii="Aptos" w:hAnsi="Aptos"/>
                <w:b/>
                <w:color w:val="125C53"/>
                <w:sz w:val="18"/>
              </w:rPr>
              <w:t>SCHOOL OF [DEPARTMENT]</w:t>
              <w:br/>
              <w:t>ACADEMIC YEAR [YEAR]</w:t>
            </w:r>
          </w:p>
        </w:tc>
      </w:tr>
    </w:tbl>
    <w:p>
      <w:pPr>
        <w:spacing w:before="340" w:after="80"/>
      </w:pPr>
      <w:r>
        <w:rPr>
          <w:rFonts w:ascii="Aptos" w:hAnsi="Aptos"/>
          <w:b/>
          <w:i w:val="0"/>
          <w:color w:val="125C53"/>
          <w:sz w:val="16"/>
        </w:rPr>
        <w:t>COURSE RESEARCH PAPER</w:t>
      </w:r>
    </w:p>
    <w:p>
      <w:pPr>
        <w:spacing w:before="0" w:after="300"/>
      </w:pPr>
      <w:r>
        <w:rPr>
          <w:rFonts w:ascii="Georgia" w:hAnsi="Georgia"/>
          <w:b/>
          <w:i w:val="0"/>
          <w:color w:val="125C53"/>
          <w:sz w:val="40"/>
        </w:rPr>
        <w:t>Civic Participation Among University Students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STUDENT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COURSE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SUBMITTED</w:t>
            </w:r>
          </w:p>
        </w:tc>
      </w:tr>
      <w:tr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[Full name]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[Course code]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[Date]</w:t>
            </w:r>
          </w:p>
        </w:tc>
      </w:tr>
      <w:tr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INSTRUCTOR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DEPARTMENT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WORD COUNT</w:t>
            </w:r>
          </w:p>
        </w:tc>
      </w:tr>
      <w:tr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[Name]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[Department]</w:t>
            </w:r>
          </w:p>
        </w:tc>
        <w:tc>
          <w:tcPr>
            <w:tcW w:type="dxa" w:w="3168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[Words]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125C53"/>
          <w:sz w:val="20"/>
        </w:rPr>
        <w:t>RESEARCH QUESTION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What specific issue will this paper investigate, and why does it matter within the discipline?</w:t>
      </w:r>
    </w:p>
    <w:p>
      <w:pPr>
        <w:spacing w:before="140" w:after="80"/>
      </w:pPr>
      <w:r>
        <w:rPr>
          <w:rFonts w:ascii="Aptos" w:hAnsi="Aptos"/>
          <w:b/>
          <w:i w:val="0"/>
          <w:color w:val="125C53"/>
          <w:sz w:val="20"/>
        </w:rPr>
        <w:t>SUMMARY OF ARGUMENT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Present the central claim and two or three supporting arguments based on credible scholarly evidence.</w:t>
      </w:r>
    </w:p>
    <w:p>
      <w:pPr>
        <w:spacing w:before="140" w:after="80"/>
      </w:pPr>
      <w:r>
        <w:rPr>
          <w:rFonts w:ascii="Aptos" w:hAnsi="Aptos"/>
          <w:b/>
          <w:i w:val="0"/>
          <w:color w:val="125C53"/>
          <w:sz w:val="20"/>
        </w:rPr>
        <w:t>PAPER STRUCTURE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5904"/>
      </w:tblGrid>
      <w:tr>
        <w:tc>
          <w:tcPr>
            <w:tcW w:type="dxa" w:w="3600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01  Introduction</w:t>
            </w:r>
          </w:p>
        </w:tc>
        <w:tc>
          <w:tcPr>
            <w:tcW w:type="dxa" w:w="5904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Question, context and thesis</w:t>
            </w:r>
          </w:p>
        </w:tc>
      </w:tr>
      <w:tr>
        <w:tc>
          <w:tcPr>
            <w:tcW w:type="dxa" w:w="3600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02  Literature</w:t>
            </w:r>
          </w:p>
        </w:tc>
        <w:tc>
          <w:tcPr>
            <w:tcW w:type="dxa" w:w="5904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What past scholarship establishes</w:t>
            </w:r>
          </w:p>
        </w:tc>
      </w:tr>
      <w:tr>
        <w:tc>
          <w:tcPr>
            <w:tcW w:type="dxa" w:w="3600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03  Analysis</w:t>
            </w:r>
          </w:p>
        </w:tc>
        <w:tc>
          <w:tcPr>
            <w:tcW w:type="dxa" w:w="5904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Evidence and interpretation</w:t>
            </w:r>
          </w:p>
        </w:tc>
      </w:tr>
      <w:tr>
        <w:tc>
          <w:tcPr>
            <w:tcW w:type="dxa" w:w="3600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04  Conclusion</w:t>
            </w:r>
          </w:p>
        </w:tc>
        <w:tc>
          <w:tcPr>
            <w:tcW w:type="dxa" w:w="5904"/>
            <w:tcMar>
              <w:top w:w="95" w:type="dxa"/>
              <w:start w:w="110" w:type="dxa"/>
              <w:bottom w:w="95" w:type="dxa"/>
              <w:end w:w="110" w:type="dxa"/>
            </w:tcMar>
            <w:shd w:fill="E7F5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Answer, limits and relevance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125C53"/>
          <w:sz w:val="20"/>
        </w:rPr>
        <w:t>SOURCES TO CITE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[Author, Year, Title]   •   [Author, Year, Title]   •   [Author, Year, Title]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125C53"/>
        <w:sz w:val="14"/>
      </w:rPr>
      <w:t>UNIVERSITY COURSE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