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  <w:jc w:val="center"/>
      </w:pPr>
      <w:r>
        <w:rPr>
          <w:rFonts w:ascii="Aptos" w:hAnsi="Aptos"/>
          <w:b/>
          <w:i w:val="0"/>
          <w:color w:val="1C3559"/>
          <w:sz w:val="17"/>
        </w:rPr>
        <w:t>WRITING CENTER  /  CLASSIC STRUCTURE</w:t>
      </w:r>
    </w:p>
    <w:p>
      <w:pPr>
        <w:spacing w:after="240" w:before="0" w:line="252" w:lineRule="auto"/>
        <w:jc w:val="center"/>
      </w:pPr>
      <w:r>
        <w:rPr>
          <w:rFonts w:ascii="Aptos" w:hAnsi="Aptos"/>
          <w:b/>
          <w:i w:val="0"/>
          <w:color w:val="22282C"/>
          <w:sz w:val="50"/>
        </w:rPr>
        <w:t>ESSAY OUTLINE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p>
      <w:pPr>
        <w:spacing w:after="80" w:before="140" w:line="252" w:lineRule="auto"/>
      </w:pPr>
      <w:r>
        <w:rPr>
          <w:rFonts w:ascii="Aptos" w:hAnsi="Aptos"/>
          <w:b/>
          <w:i w:val="0"/>
          <w:color w:val="1C3559"/>
          <w:sz w:val="22"/>
        </w:rPr>
        <w:t>I. INTRODUCTION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Hook / opening idea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Background context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Thesis statement  __________________________________</w:t>
      </w:r>
    </w:p>
    <w:p>
      <w:pPr>
        <w:spacing w:after="80" w:before="140" w:line="252" w:lineRule="auto"/>
      </w:pPr>
      <w:r>
        <w:rPr>
          <w:rFonts w:ascii="Aptos" w:hAnsi="Aptos"/>
          <w:b/>
          <w:i w:val="0"/>
          <w:color w:val="1C3559"/>
          <w:sz w:val="22"/>
        </w:rPr>
        <w:t>II. BODY PARAGRAPH 1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Topic sentence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Evidence / example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Explain the evidence  __________________________________</w:t>
      </w:r>
    </w:p>
    <w:p>
      <w:pPr>
        <w:spacing w:after="80" w:before="140" w:line="252" w:lineRule="auto"/>
      </w:pPr>
      <w:r>
        <w:rPr>
          <w:rFonts w:ascii="Aptos" w:hAnsi="Aptos"/>
          <w:b/>
          <w:i w:val="0"/>
          <w:color w:val="1C3559"/>
          <w:sz w:val="22"/>
        </w:rPr>
        <w:t>III. BODY PARAGRAPH 2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Topic sentence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Evidence / example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Explain the evidence  __________________________________</w:t>
      </w:r>
    </w:p>
    <w:p>
      <w:pPr>
        <w:spacing w:after="80" w:before="140" w:line="252" w:lineRule="auto"/>
      </w:pPr>
      <w:r>
        <w:rPr>
          <w:rFonts w:ascii="Aptos" w:hAnsi="Aptos"/>
          <w:b/>
          <w:i w:val="0"/>
          <w:color w:val="1C3559"/>
          <w:sz w:val="22"/>
        </w:rPr>
        <w:t>IV. BODY PARAGRAPH 3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Topic sentence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Evidence / example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Explain the evidence  __________________________________</w:t>
      </w:r>
    </w:p>
    <w:p>
      <w:pPr>
        <w:spacing w:after="80" w:before="140" w:line="252" w:lineRule="auto"/>
      </w:pPr>
      <w:r>
        <w:rPr>
          <w:rFonts w:ascii="Aptos" w:hAnsi="Aptos"/>
          <w:b/>
          <w:i w:val="0"/>
          <w:color w:val="1C3559"/>
          <w:sz w:val="22"/>
        </w:rPr>
        <w:t>V. CONCLUSION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Restated thesis  __________________________________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777777"/>
          <w:sz w:val="17"/>
        </w:rPr>
        <w:t>□ Summary / final insight  __________________________________</w:t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1C3559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