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0B5B77"/>
        </w:rPr>
        <w:t>Construction Work Order Template</w:t>
      </w:r>
    </w:p>
    <w:p>
      <w:r>
        <w:rPr>
          <w:i/>
        </w:rPr>
        <w:t>Construction site tasks and contractor instructions</w:t>
      </w:r>
    </w:p>
    <w:p>
      <w:r>
        <w:t>Company / Organization: _________________________________________________</w:t>
      </w:r>
    </w:p>
    <w:p>
      <w:pPr>
        <w:pStyle w:val="Heading2"/>
      </w:pPr>
      <w:r>
        <w:t>Work Order Identification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024"/>
        <w:gridCol w:w="6768"/>
      </w:tblGrid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Work Order Number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Date Issued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Priority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Requested By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Assigned To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Due Date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Company / Department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Customer / Site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Phone / Email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</w:tbl>
    <w:p>
      <w:pPr>
        <w:pStyle w:val="Heading2"/>
      </w:pPr>
      <w:r>
        <w:t>Project Information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024"/>
        <w:gridCol w:w="6768"/>
      </w:tblGrid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Project Name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Site Address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Contractor / Crew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Contract / PO Reference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</w:tbl>
    <w:p>
      <w:pPr>
        <w:pStyle w:val="Heading2"/>
      </w:pPr>
      <w:r>
        <w:t>Scope &amp; Compliance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024"/>
        <w:gridCol w:w="6768"/>
      </w:tblGrid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Work Scope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Drawing / Specification Reference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Safety Requirements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Required Inspections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</w:tbl>
    <w:p>
      <w:pPr>
        <w:pStyle w:val="Heading2"/>
      </w:pPr>
      <w:r>
        <w:t>Closeout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024"/>
        <w:gridCol w:w="6768"/>
      </w:tblGrid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Change Notes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Completion Date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Site Manager Approval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</w:tbl>
    <w:p>
      <w:r>
        <w:t>Notes / Additional Instructions: ____________________________________________________________</w:t>
      </w:r>
    </w:p>
    <w:p>
      <w:r>
        <w:t>____________________________________________________________________________________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36" w:right="1152" w:bottom="79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Editable original template  •  05 of 12  •  Work Order Templates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