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</w:pPr>
      <w:r>
        <w:rPr>
          <w:rFonts w:ascii="Aptos" w:hAnsi="Aptos"/>
          <w:b/>
          <w:i w:val="0"/>
          <w:color w:val="455C93"/>
          <w:sz w:val="17"/>
        </w:rPr>
        <w:t>QUESTION  ·  EVIDENCE  ·  INTERPRETATION</w:t>
      </w:r>
    </w:p>
    <w:p>
      <w:pPr>
        <w:spacing w:after="240" w:before="0" w:line="252" w:lineRule="auto"/>
      </w:pPr>
      <w:r>
        <w:rPr>
          <w:rFonts w:ascii="Aptos" w:hAnsi="Aptos"/>
          <w:b/>
          <w:i w:val="0"/>
          <w:color w:val="22282C"/>
          <w:sz w:val="42"/>
        </w:rPr>
        <w:t>RESEARCH ESSAY / OUTLINE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Student / Name: ____________________     Class: ______________     Date: 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c>
          <w:tcPr>
            <w:tcW w:type="dxa" w:w="4968"/>
            <w:shd w:fill="455C93"/>
          </w:tcPr>
          <w:p>
            <w:pPr>
              <w:spacing w:after="100" w:before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RESEARCH QUESTION</w:t>
            </w:r>
          </w:p>
        </w:tc>
        <w:tc>
          <w:tcPr>
            <w:tcW w:type="dxa" w:w="4968"/>
            <w:shd w:fill="EDF0F9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Topic and working title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Research question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Working thesis  __________________________________</w:t>
            </w:r>
          </w:p>
        </w:tc>
      </w:tr>
    </w:tbl>
    <w:p>
      <w:pPr>
        <w:spacing w:after="60" w:before="0" w:line="252" w:lineRule="auto"/>
      </w:pPr>
      <w:r>
        <w:rPr>
          <w:rFonts w:ascii="Aptos" w:hAnsi="Aptos"/>
          <w:b w:val="0"/>
          <w:i w:val="0"/>
          <w:color w:val="333333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c>
          <w:tcPr>
            <w:tcW w:type="dxa" w:w="4968"/>
            <w:shd w:fill="455C93"/>
          </w:tcPr>
          <w:p>
            <w:pPr>
              <w:spacing w:after="100" w:before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SOURCE MAP</w:t>
            </w:r>
          </w:p>
        </w:tc>
        <w:tc>
          <w:tcPr>
            <w:tcW w:type="dxa" w:w="4968"/>
            <w:shd w:fill="F5F6FB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Source / evidence 1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Source / evidence 2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Source / evidence 3  __________________________________</w:t>
            </w:r>
          </w:p>
        </w:tc>
      </w:tr>
    </w:tbl>
    <w:p>
      <w:pPr>
        <w:spacing w:after="60" w:before="0" w:line="252" w:lineRule="auto"/>
      </w:pPr>
      <w:r>
        <w:rPr>
          <w:rFonts w:ascii="Aptos" w:hAnsi="Aptos"/>
          <w:b w:val="0"/>
          <w:i w:val="0"/>
          <w:color w:val="333333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c>
          <w:tcPr>
            <w:tcW w:type="dxa" w:w="4968"/>
            <w:shd w:fill="455C93"/>
          </w:tcPr>
          <w:p>
            <w:pPr>
              <w:spacing w:after="100" w:before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ARGUMENT STRUCTURE</w:t>
            </w:r>
          </w:p>
        </w:tc>
        <w:tc>
          <w:tcPr>
            <w:tcW w:type="dxa" w:w="4968"/>
            <w:shd w:fill="EDF0F9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Finding / section 1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Finding / section 2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Finding / section 3  __________________________________</w:t>
            </w:r>
          </w:p>
        </w:tc>
      </w:tr>
    </w:tbl>
    <w:p>
      <w:pPr>
        <w:spacing w:after="60" w:before="0" w:line="252" w:lineRule="auto"/>
      </w:pPr>
      <w:r>
        <w:rPr>
          <w:rFonts w:ascii="Aptos" w:hAnsi="Aptos"/>
          <w:b w:val="0"/>
          <w:i w:val="0"/>
          <w:color w:val="333333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c>
          <w:tcPr>
            <w:tcW w:type="dxa" w:w="4968"/>
            <w:shd w:fill="455C93"/>
          </w:tcPr>
          <w:p>
            <w:pPr>
              <w:spacing w:after="100" w:before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DISCUSSION</w:t>
            </w:r>
          </w:p>
        </w:tc>
        <w:tc>
          <w:tcPr>
            <w:tcW w:type="dxa" w:w="4968"/>
            <w:shd w:fill="F5F6FB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How evidence connects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Limitations / gaps  __________________________________</w:t>
            </w:r>
          </w:p>
        </w:tc>
      </w:tr>
    </w:tbl>
    <w:p>
      <w:pPr>
        <w:spacing w:after="60" w:before="0" w:line="252" w:lineRule="auto"/>
      </w:pPr>
      <w:r>
        <w:rPr>
          <w:rFonts w:ascii="Aptos" w:hAnsi="Aptos"/>
          <w:b w:val="0"/>
          <w:i w:val="0"/>
          <w:color w:val="333333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c>
          <w:tcPr>
            <w:tcW w:type="dxa" w:w="4968"/>
            <w:shd w:fill="455C93"/>
          </w:tcPr>
          <w:p>
            <w:pPr>
              <w:spacing w:after="100" w:before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9"/>
              </w:rPr>
              <w:t>CLOSING</w:t>
            </w:r>
          </w:p>
        </w:tc>
        <w:tc>
          <w:tcPr>
            <w:tcW w:type="dxa" w:w="4968"/>
            <w:shd w:fill="EDF0F9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Answer to research question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D5666"/>
                <w:sz w:val="17"/>
              </w:rPr>
              <w:t>· Sources to verify  __________________________________</w:t>
            </w:r>
          </w:p>
        </w:tc>
      </w:tr>
    </w:tbl>
    <w:p>
      <w:pPr>
        <w:spacing w:after="60" w:before="0" w:line="252" w:lineRule="auto"/>
      </w:pPr>
      <w:r>
        <w:rPr>
          <w:rFonts w:ascii="Aptos" w:hAnsi="Aptos"/>
          <w:b w:val="0"/>
          <w:i w:val="0"/>
          <w:color w:val="333333"/>
          <w:sz w:val="4"/>
        </w:rPr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455C93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