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Plumbing Work Order Template</w:t>
      </w:r>
    </w:p>
    <w:p>
      <w:r>
        <w:rPr>
          <w:i/>
        </w:rPr>
        <w:t>Pipe, fixture, leak and drainage jobs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Job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Property / Unit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Plumbing Fixture / Line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Issue Type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Leak Severity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Work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Diagnosis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Pipe / Fitting Materials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Repairs / Replacement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Water Pressure / Leak Test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Completion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Clean-up / Restoration Notes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Completed At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Signature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08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