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Electrical Work Order Template</w:t>
      </w:r>
    </w:p>
    <w:p>
      <w:r>
        <w:rPr>
          <w:i/>
        </w:rPr>
        <w:t>Electrical installations, maintenance and repairs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Electrical Job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Panel / Circuit ID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Location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Fault or Installation Scope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Permit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Safety &amp; Testing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Isolation / Lockout Verification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Electrical Test Readings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Materials Used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Code / Inspection Notes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Sign-Off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Electrician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License / Credential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Approval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06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