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ptos" w:hAnsi="Aptos"/>
          <w:b w:val="0"/>
          <w:i w:val="0"/>
          <w:color w:val="26344B"/>
          <w:sz w:val="16"/>
        </w:rPr>
        <w:t>RUNNING HEAD: SHORT TITLE                                                                 1</w:t>
      </w:r>
    </w:p>
    <w:p>
      <w:pPr>
        <w:spacing w:before="440" w:after="140"/>
        <w:jc w:val="center"/>
      </w:pPr>
      <w:r>
        <w:rPr>
          <w:rFonts w:ascii="Times New Roman" w:hAnsi="Times New Roman"/>
          <w:b/>
          <w:i w:val="0"/>
          <w:color w:val="202020"/>
          <w:sz w:val="32"/>
        </w:rPr>
        <w:t>The Relationship Between Sleep Quality and Student Concentration</w:t>
      </w:r>
    </w:p>
    <w:p>
      <w:pPr>
        <w:spacing w:before="0" w:after="80"/>
        <w:jc w:val="center"/>
      </w:pPr>
      <w:r>
        <w:rPr>
          <w:rFonts w:ascii="Times New Roman" w:hAnsi="Times New Roman"/>
          <w:b w:val="0"/>
          <w:i w:val="0"/>
          <w:color w:val="262626"/>
          <w:sz w:val="20"/>
        </w:rPr>
        <w:t>[Author Name]  |  [University / Institution]</w:t>
      </w:r>
    </w:p>
    <w:p>
      <w:pPr>
        <w:spacing w:before="0" w:after="300"/>
        <w:jc w:val="center"/>
      </w:pPr>
      <w:r>
        <w:rPr>
          <w:rFonts w:ascii="Aptos" w:hAnsi="Aptos"/>
          <w:b w:val="0"/>
          <w:i w:val="0"/>
          <w:color w:val="262626"/>
          <w:sz w:val="18"/>
        </w:rPr>
        <w:t>[Department] · [Course] · [Instructor] · [Date]</w:t>
      </w:r>
    </w:p>
    <w:p>
      <w:pPr>
        <w:spacing w:after="80"/>
        <w:pBdr>
          <w:bottom w:val="single" w:sz="13" w:color="26344B"/>
        </w:pBdr>
      </w:pPr>
    </w:p>
    <w:p>
      <w:pPr>
        <w:spacing w:before="140" w:after="80"/>
      </w:pPr>
      <w:r>
        <w:rPr>
          <w:rFonts w:ascii="Aptos" w:hAnsi="Aptos"/>
          <w:b/>
          <w:i w:val="0"/>
          <w:color w:val="26344B"/>
          <w:sz w:val="20"/>
        </w:rPr>
        <w:t>ABSTRACT</w:t>
      </w:r>
    </w:p>
    <w:p>
      <w:pPr>
        <w:spacing w:before="0" w:after="60"/>
      </w:pPr>
      <w:r>
        <w:rPr>
          <w:rFonts w:ascii="Aptos" w:hAnsi="Aptos"/>
          <w:b w:val="0"/>
          <w:i w:val="0"/>
          <w:color w:val="262626"/>
          <w:sz w:val="17"/>
        </w:rPr>
        <w:t>This paper investigates [research problem] within [population or context]. Using [design and data source], the study examines [key variables]. Results indicate [main finding]. These findings suggest [implication], while [limitation] warrants further research.</w:t>
      </w:r>
    </w:p>
    <w:p>
      <w:pPr>
        <w:spacing w:before="0" w:after="80"/>
      </w:pPr>
      <w:r>
        <w:rPr>
          <w:rFonts w:ascii="Aptos" w:hAnsi="Aptos"/>
          <w:b w:val="0"/>
          <w:i/>
          <w:color w:val="26344B"/>
          <w:sz w:val="16"/>
        </w:rPr>
        <w:t>Keywords: [keyword one] · [keyword two] · [keyword three]</w:t>
      </w:r>
    </w:p>
    <w:p>
      <w:pPr>
        <w:spacing w:before="140" w:after="80"/>
      </w:pPr>
      <w:r>
        <w:rPr>
          <w:rFonts w:ascii="Aptos" w:hAnsi="Aptos"/>
          <w:b/>
          <w:i w:val="0"/>
          <w:color w:val="26344B"/>
          <w:sz w:val="20"/>
        </w:rPr>
        <w:t>1  INTRODUCTION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Introduce the research context, summarize the existing gap and explain why this question matters. State a clear objective or research question that guides the paper.</w:t>
      </w:r>
    </w:p>
    <w:p>
      <w:pPr>
        <w:spacing w:before="140" w:after="80"/>
      </w:pPr>
      <w:r>
        <w:rPr>
          <w:rFonts w:ascii="Aptos" w:hAnsi="Aptos"/>
          <w:b/>
          <w:i w:val="0"/>
          <w:color w:val="26344B"/>
          <w:sz w:val="20"/>
        </w:rPr>
        <w:t>2  METHODS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Describe participants or materials, sampling, research design, instruments, procedure and the approach used to analyze the evidence.</w:t>
      </w:r>
    </w:p>
    <w:p>
      <w:pPr>
        <w:spacing w:before="140" w:after="80"/>
      </w:pPr>
      <w:r>
        <w:rPr>
          <w:rFonts w:ascii="Aptos" w:hAnsi="Aptos"/>
          <w:b/>
          <w:i w:val="0"/>
          <w:color w:val="26344B"/>
          <w:sz w:val="20"/>
        </w:rPr>
        <w:t>3  RESULTS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Present the primary pattern or findings clearly. Include a table or figure only where it helps readers interpret the evidence.</w:t>
      </w:r>
    </w:p>
    <w:p>
      <w:pPr>
        <w:spacing w:before="140" w:after="80"/>
      </w:pPr>
      <w:r>
        <w:rPr>
          <w:rFonts w:ascii="Aptos" w:hAnsi="Aptos"/>
          <w:b/>
          <w:i w:val="0"/>
          <w:color w:val="26344B"/>
          <w:sz w:val="20"/>
        </w:rPr>
        <w:t>4  DISCUSSION &amp; CONCLUSION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Explain what the findings mean, how they relate to prior research and which limitations influence interpretation. Conclude with implications.</w:t>
      </w:r>
    </w:p>
    <w:p>
      <w:pPr>
        <w:spacing w:before="140" w:after="80"/>
      </w:pPr>
      <w:r>
        <w:rPr>
          <w:rFonts w:ascii="Aptos" w:hAnsi="Aptos"/>
          <w:b/>
          <w:i w:val="0"/>
          <w:color w:val="26344B"/>
          <w:sz w:val="20"/>
        </w:rPr>
        <w:t>REFERENCES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6"/>
        </w:rPr>
        <w:t>[Author, A. A. (Year). Title of work. Source. DOI or URL]</w:t>
      </w:r>
    </w:p>
    <w:sectPr w:rsidR="00FC693F" w:rsidRPr="0006063C" w:rsidSect="00034616">
      <w:footerReference w:type="default" r:id="rId9"/>
      <w:pgSz w:w="11952" w:h="16848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26344B"/>
        <w:sz w:val="14"/>
      </w:rPr>
      <w:t>APA RESEARCH PAPER  /  EDITABLE 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