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Basic Work Order Template</w:t>
      </w:r>
    </w:p>
    <w:p>
      <w:r>
        <w:rPr>
          <w:i/>
        </w:rPr>
        <w:t>General jobs and internal task assignments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Job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Job Title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Location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Description of Work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Scope / Deliverables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Scheduling &amp; Approval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Start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Target Completion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Status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Approved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Completion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Performed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Completed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Supervisor Signature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01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